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53" w:rsidRPr="00F312A6" w:rsidRDefault="0025349C" w:rsidP="004F3B23">
      <w:pPr>
        <w:jc w:val="center"/>
        <w:rPr>
          <w:lang w:val="ru-RU"/>
        </w:rPr>
      </w:pPr>
      <w:r w:rsidRPr="00F312A6">
        <w:rPr>
          <w:lang w:val="ru-RU"/>
        </w:rPr>
        <w:t>СОГЛАСИЕ НА ИСПОЛЬЗОВАНИЕ ИЗОБРАЖЕНИЯ</w:t>
      </w:r>
    </w:p>
    <w:p w:rsidR="002B1153" w:rsidRPr="00F312A6" w:rsidRDefault="002B1153">
      <w:pPr>
        <w:rPr>
          <w:lang w:val="ru-RU"/>
        </w:rPr>
      </w:pPr>
    </w:p>
    <w:p w:rsidR="002B1153" w:rsidRPr="00F312A6" w:rsidRDefault="004F3B23" w:rsidP="004F3B23">
      <w:pPr>
        <w:rPr>
          <w:lang w:val="ru-RU"/>
        </w:rPr>
      </w:pPr>
      <w:proofErr w:type="gramStart"/>
      <w:r w:rsidRPr="004F3B23">
        <w:rPr>
          <w:rFonts w:eastAsia="Times New Roman" w:cs="Times New Roman"/>
          <w:color w:val="000000"/>
          <w:szCs w:val="24"/>
          <w:lang w:val="ru-RU"/>
        </w:rPr>
        <w:t>Я,_</w:t>
      </w:r>
      <w:proofErr w:type="gramEnd"/>
      <w:r w:rsidRPr="004F3B23">
        <w:rPr>
          <w:rFonts w:eastAsia="Times New Roman" w:cs="Times New Roman"/>
          <w:color w:val="000000"/>
          <w:szCs w:val="24"/>
          <w:lang w:val="ru-RU"/>
        </w:rPr>
        <w:t>__________________________________________________</w:t>
      </w:r>
      <w:r w:rsidR="00924FE2">
        <w:rPr>
          <w:rFonts w:eastAsia="Times New Roman" w:cs="Times New Roman"/>
          <w:color w:val="000000"/>
          <w:szCs w:val="24"/>
          <w:lang w:val="ru-RU"/>
        </w:rPr>
        <w:t>__________________</w:t>
      </w:r>
      <w:r w:rsidRPr="004F3B23">
        <w:rPr>
          <w:rFonts w:eastAsia="Times New Roman" w:cs="Times New Roman"/>
          <w:color w:val="000000"/>
          <w:szCs w:val="24"/>
          <w:lang w:val="ru-RU"/>
        </w:rPr>
        <w:t>,</w:t>
      </w:r>
    </w:p>
    <w:p w:rsidR="002B1153" w:rsidRPr="00F312A6" w:rsidRDefault="0025349C">
      <w:pPr>
        <w:rPr>
          <w:lang w:val="ru-RU"/>
        </w:rPr>
      </w:pPr>
      <w:r w:rsidRPr="00F312A6">
        <w:rPr>
          <w:lang w:val="ru-RU"/>
        </w:rPr>
        <w:t xml:space="preserve">Паспорт гражданина РФ: серия </w:t>
      </w:r>
      <w:r w:rsidR="004F3B23">
        <w:rPr>
          <w:lang w:val="ru-RU"/>
        </w:rPr>
        <w:t>____</w:t>
      </w:r>
      <w:r w:rsidRPr="00F312A6">
        <w:rPr>
          <w:lang w:val="ru-RU"/>
        </w:rPr>
        <w:t xml:space="preserve"> № </w:t>
      </w:r>
      <w:r w:rsidR="004F3B23">
        <w:rPr>
          <w:lang w:val="ru-RU"/>
        </w:rPr>
        <w:t>________</w:t>
      </w:r>
      <w:r w:rsidRPr="00F312A6">
        <w:rPr>
          <w:lang w:val="ru-RU"/>
        </w:rPr>
        <w:t xml:space="preserve">Дата выдачи: </w:t>
      </w:r>
      <w:r w:rsidR="004F3B23">
        <w:rPr>
          <w:lang w:val="ru-RU"/>
        </w:rPr>
        <w:t>_________________</w:t>
      </w:r>
    </w:p>
    <w:p w:rsidR="002B1153" w:rsidRPr="00F312A6" w:rsidRDefault="0025349C">
      <w:pPr>
        <w:rPr>
          <w:lang w:val="ru-RU"/>
        </w:rPr>
      </w:pPr>
      <w:r w:rsidRPr="00F312A6">
        <w:rPr>
          <w:lang w:val="ru-RU"/>
        </w:rPr>
        <w:t xml:space="preserve">Орган выдавший: </w:t>
      </w:r>
      <w:r w:rsidR="004F3B23">
        <w:rPr>
          <w:lang w:val="ru-RU"/>
        </w:rPr>
        <w:t>________________________________________________________</w:t>
      </w:r>
    </w:p>
    <w:p w:rsidR="002B1153" w:rsidRPr="00F312A6" w:rsidRDefault="004F3B23">
      <w:pPr>
        <w:rPr>
          <w:lang w:val="ru-RU"/>
        </w:rPr>
      </w:pPr>
      <w:r>
        <w:rPr>
          <w:lang w:val="ru-RU"/>
        </w:rPr>
        <w:t>Зарегистрирована по адресу: ______________________________________________</w:t>
      </w:r>
    </w:p>
    <w:p w:rsidR="004F3B23" w:rsidRPr="004F3B23" w:rsidRDefault="0025349C" w:rsidP="004F3B2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cs="Times New Roman"/>
          <w:szCs w:val="24"/>
          <w:lang w:val="ru-RU"/>
        </w:rPr>
      </w:pPr>
      <w:r w:rsidRPr="00F312A6">
        <w:rPr>
          <w:lang w:val="ru-RU"/>
        </w:rPr>
        <w:t xml:space="preserve">настоящим документом даю согласие </w:t>
      </w:r>
      <w:r w:rsidR="004F3B23">
        <w:rPr>
          <w:lang w:val="ru-RU"/>
        </w:rPr>
        <w:t>БРОБО "ВОЛОНТЁРСКИЙ ЦЕНТР - ДОБРОЕ СЕРДЦЕ", в лице председателя Орловой Елены Алексеевны, ИНН: 3100027499, ОГРН: 1233100015972</w:t>
      </w:r>
      <w:r w:rsidRPr="00F312A6">
        <w:rPr>
          <w:lang w:val="ru-RU"/>
        </w:rPr>
        <w:t>,</w:t>
      </w:r>
      <w:r w:rsidRPr="00F312A6">
        <w:rPr>
          <w:lang w:val="ru-RU"/>
        </w:rPr>
        <w:t xml:space="preserve"> </w:t>
      </w:r>
      <w:r w:rsidR="004F3B23" w:rsidRPr="004F3B23">
        <w:rPr>
          <w:rFonts w:eastAsia="Times New Roman" w:cs="Times New Roman"/>
          <w:sz w:val="18"/>
          <w:szCs w:val="18"/>
          <w:lang w:val="ru-RU"/>
        </w:rPr>
        <w:t xml:space="preserve">Адрес: </w:t>
      </w:r>
      <w:r>
        <w:rPr>
          <w:rFonts w:ascii="PTSans-Regular" w:hAnsi="PTSans-Regular"/>
          <w:color w:val="000000"/>
          <w:shd w:val="clear" w:color="auto" w:fill="FFFFFF"/>
          <w:lang w:val="ru-RU"/>
        </w:rPr>
        <w:t>Б</w:t>
      </w:r>
      <w:bookmarkStart w:id="0" w:name="_GoBack"/>
      <w:bookmarkEnd w:id="0"/>
      <w:r w:rsidR="004F3B23">
        <w:rPr>
          <w:rFonts w:ascii="PTSans-Regular" w:hAnsi="PTSans-Regular"/>
          <w:color w:val="000000"/>
          <w:shd w:val="clear" w:color="auto" w:fill="FFFFFF"/>
          <w:lang w:val="ru-RU"/>
        </w:rPr>
        <w:t xml:space="preserve">елгородская область, </w:t>
      </w:r>
      <w:r w:rsidR="004F3B23" w:rsidRPr="004F3B23">
        <w:rPr>
          <w:rFonts w:ascii="PTSans-Regular" w:hAnsi="PTSans-Regular"/>
          <w:color w:val="000000"/>
          <w:shd w:val="clear" w:color="auto" w:fill="FFFFFF"/>
          <w:lang w:val="ru-RU"/>
        </w:rPr>
        <w:t>г</w:t>
      </w:r>
      <w:r w:rsidR="004F3B23">
        <w:rPr>
          <w:rFonts w:ascii="PTSans-Regular" w:hAnsi="PTSans-Regular"/>
          <w:color w:val="000000"/>
          <w:shd w:val="clear" w:color="auto" w:fill="FFFFFF"/>
          <w:lang w:val="ru-RU"/>
        </w:rPr>
        <w:t>.</w:t>
      </w:r>
      <w:r w:rsidR="004F3B23" w:rsidRPr="004F3B23">
        <w:rPr>
          <w:rFonts w:ascii="PTSans-Regular" w:hAnsi="PTSans-Regular"/>
          <w:color w:val="000000"/>
          <w:shd w:val="clear" w:color="auto" w:fill="FFFFFF"/>
          <w:lang w:val="ru-RU"/>
        </w:rPr>
        <w:t xml:space="preserve"> Строитель, </w:t>
      </w:r>
      <w:proofErr w:type="spellStart"/>
      <w:r w:rsidR="004F3B23" w:rsidRPr="004F3B23">
        <w:rPr>
          <w:rFonts w:ascii="PTSans-Regular" w:hAnsi="PTSans-Regular"/>
          <w:color w:val="000000"/>
          <w:shd w:val="clear" w:color="auto" w:fill="FFFFFF"/>
          <w:lang w:val="ru-RU"/>
        </w:rPr>
        <w:t>ул</w:t>
      </w:r>
      <w:proofErr w:type="spellEnd"/>
      <w:r w:rsidR="004F3B23" w:rsidRPr="004F3B23">
        <w:rPr>
          <w:rFonts w:ascii="PTSans-Regular" w:hAnsi="PTSans-Regular"/>
          <w:color w:val="000000"/>
          <w:shd w:val="clear" w:color="auto" w:fill="FFFFFF"/>
          <w:lang w:val="ru-RU"/>
        </w:rPr>
        <w:t xml:space="preserve"> Жукова, д. 19</w:t>
      </w:r>
      <w:r w:rsidR="004F3B23">
        <w:rPr>
          <w:rFonts w:ascii="PTSans-Regular" w:hAnsi="PTSans-Regular"/>
          <w:color w:val="000000"/>
          <w:shd w:val="clear" w:color="auto" w:fill="FFFFFF"/>
          <w:lang w:val="ru-RU"/>
        </w:rPr>
        <w:t xml:space="preserve"> </w:t>
      </w:r>
      <w:r w:rsidRPr="00F312A6">
        <w:rPr>
          <w:lang w:val="ru-RU"/>
        </w:rPr>
        <w:t>(далее —</w:t>
      </w:r>
      <w:r w:rsidRPr="00F312A6">
        <w:rPr>
          <w:lang w:val="ru-RU"/>
        </w:rPr>
        <w:t xml:space="preserve">Оператор, Фонд) на использование моих фото- и видеоизображений на </w:t>
      </w:r>
      <w:r w:rsidR="004F3B23">
        <w:rPr>
          <w:lang w:val="ru-RU"/>
        </w:rPr>
        <w:t xml:space="preserve">сайте и </w:t>
      </w:r>
      <w:r w:rsidRPr="00F312A6">
        <w:rPr>
          <w:lang w:val="ru-RU"/>
        </w:rPr>
        <w:t xml:space="preserve">на </w:t>
      </w:r>
      <w:r w:rsidRPr="00F312A6">
        <w:rPr>
          <w:lang w:val="ru-RU"/>
        </w:rPr>
        <w:t>официальных страницах Оператора в социальных сетях (далее —</w:t>
      </w:r>
      <w:r w:rsidRPr="00F312A6">
        <w:rPr>
          <w:lang w:val="ru-RU"/>
        </w:rPr>
        <w:t>С</w:t>
      </w:r>
      <w:r w:rsidRPr="00F312A6">
        <w:rPr>
          <w:lang w:val="ru-RU"/>
        </w:rPr>
        <w:t xml:space="preserve">айт) </w:t>
      </w:r>
      <w:r w:rsidR="004F3B23">
        <w:rPr>
          <w:lang w:val="ru-RU"/>
        </w:rPr>
        <w:t>(</w:t>
      </w:r>
      <w:proofErr w:type="spellStart"/>
      <w:r w:rsidR="004F3B23" w:rsidRPr="001D3830">
        <w:rPr>
          <w:rFonts w:eastAsia="Times New Roman" w:cs="Times New Roman"/>
          <w:color w:val="000000"/>
          <w:szCs w:val="24"/>
          <w:lang w:val="ru-RU"/>
        </w:rPr>
        <w:t>В</w:t>
      </w:r>
      <w:r w:rsidR="004F3B23" w:rsidRPr="004F3B23">
        <w:rPr>
          <w:rFonts w:cs="Times New Roman"/>
          <w:szCs w:val="24"/>
          <w:lang w:val="ru-RU"/>
        </w:rPr>
        <w:t>Контакте</w:t>
      </w:r>
      <w:proofErr w:type="spellEnd"/>
      <w:r w:rsidR="004F3B23" w:rsidRPr="004F3B23">
        <w:rPr>
          <w:rFonts w:cs="Times New Roman"/>
          <w:szCs w:val="24"/>
          <w:lang w:val="ru-RU"/>
        </w:rPr>
        <w:t xml:space="preserve">: </w:t>
      </w:r>
      <w:hyperlink r:id="rId6" w:history="1">
        <w:r w:rsidR="004F3B23" w:rsidRPr="001D3830">
          <w:rPr>
            <w:rStyle w:val="aff8"/>
            <w:rFonts w:cs="Times New Roman"/>
            <w:szCs w:val="24"/>
          </w:rPr>
          <w:t>https</w:t>
        </w:r>
        <w:r w:rsidR="004F3B23" w:rsidRPr="004F3B23">
          <w:rPr>
            <w:rStyle w:val="aff8"/>
            <w:rFonts w:cs="Times New Roman"/>
            <w:szCs w:val="24"/>
            <w:lang w:val="ru-RU"/>
          </w:rPr>
          <w:t>://</w:t>
        </w:r>
        <w:proofErr w:type="spellStart"/>
        <w:r w:rsidR="004F3B23" w:rsidRPr="001D3830">
          <w:rPr>
            <w:rStyle w:val="aff8"/>
            <w:rFonts w:cs="Times New Roman"/>
            <w:szCs w:val="24"/>
          </w:rPr>
          <w:t>vk</w:t>
        </w:r>
        <w:proofErr w:type="spellEnd"/>
        <w:r w:rsidR="004F3B23" w:rsidRPr="004F3B23">
          <w:rPr>
            <w:rStyle w:val="aff8"/>
            <w:rFonts w:cs="Times New Roman"/>
            <w:szCs w:val="24"/>
            <w:lang w:val="ru-RU"/>
          </w:rPr>
          <w:t>.</w:t>
        </w:r>
        <w:r w:rsidR="004F3B23" w:rsidRPr="001D3830">
          <w:rPr>
            <w:rStyle w:val="aff8"/>
            <w:rFonts w:cs="Times New Roman"/>
            <w:szCs w:val="24"/>
          </w:rPr>
          <w:t>com</w:t>
        </w:r>
        <w:r w:rsidR="004F3B23" w:rsidRPr="004F3B23">
          <w:rPr>
            <w:rStyle w:val="aff8"/>
            <w:rFonts w:cs="Times New Roman"/>
            <w:szCs w:val="24"/>
            <w:lang w:val="ru-RU"/>
          </w:rPr>
          <w:t>/</w:t>
        </w:r>
        <w:r w:rsidR="004F3B23" w:rsidRPr="001D3830">
          <w:rPr>
            <w:rStyle w:val="aff8"/>
            <w:rFonts w:cs="Times New Roman"/>
            <w:szCs w:val="24"/>
          </w:rPr>
          <w:t>club</w:t>
        </w:r>
        <w:r w:rsidR="004F3B23" w:rsidRPr="004F3B23">
          <w:rPr>
            <w:rStyle w:val="aff8"/>
            <w:rFonts w:cs="Times New Roman"/>
            <w:szCs w:val="24"/>
            <w:lang w:val="ru-RU"/>
          </w:rPr>
          <w:t>226949572</w:t>
        </w:r>
      </w:hyperlink>
      <w:r w:rsidR="004F3B23">
        <w:rPr>
          <w:rFonts w:cs="Times New Roman"/>
          <w:szCs w:val="24"/>
          <w:lang w:val="ru-RU"/>
        </w:rPr>
        <w:t xml:space="preserve"> </w:t>
      </w:r>
      <w:proofErr w:type="spellStart"/>
      <w:r w:rsidR="004F3B23" w:rsidRPr="001D3830">
        <w:rPr>
          <w:rFonts w:cs="Times New Roman"/>
          <w:szCs w:val="24"/>
          <w:lang w:val="ru-RU"/>
        </w:rPr>
        <w:t>И</w:t>
      </w:r>
      <w:r w:rsidR="004F3B23" w:rsidRPr="004F3B23">
        <w:rPr>
          <w:rFonts w:cs="Times New Roman"/>
          <w:szCs w:val="24"/>
          <w:lang w:val="ru-RU"/>
        </w:rPr>
        <w:t>нстаграмм</w:t>
      </w:r>
      <w:proofErr w:type="spellEnd"/>
      <w:r w:rsidR="004F3B23" w:rsidRPr="004F3B23">
        <w:rPr>
          <w:rFonts w:cs="Times New Roman"/>
          <w:szCs w:val="24"/>
          <w:lang w:val="ru-RU"/>
        </w:rPr>
        <w:t>: @</w:t>
      </w:r>
      <w:proofErr w:type="spellStart"/>
      <w:r w:rsidR="004F3B23" w:rsidRPr="001D3830">
        <w:rPr>
          <w:rFonts w:cs="Times New Roman"/>
          <w:szCs w:val="24"/>
        </w:rPr>
        <w:t>dobroe</w:t>
      </w:r>
      <w:proofErr w:type="spellEnd"/>
      <w:r w:rsidR="004F3B23" w:rsidRPr="004F3B23">
        <w:rPr>
          <w:rFonts w:cs="Times New Roman"/>
          <w:szCs w:val="24"/>
          <w:lang w:val="ru-RU"/>
        </w:rPr>
        <w:t>_</w:t>
      </w:r>
      <w:proofErr w:type="spellStart"/>
      <w:r w:rsidR="004F3B23" w:rsidRPr="001D3830">
        <w:rPr>
          <w:rFonts w:cs="Times New Roman"/>
          <w:szCs w:val="24"/>
        </w:rPr>
        <w:t>serdce</w:t>
      </w:r>
      <w:proofErr w:type="spellEnd"/>
      <w:r w:rsidR="004F3B23" w:rsidRPr="004F3B23">
        <w:rPr>
          <w:rFonts w:cs="Times New Roman"/>
          <w:szCs w:val="24"/>
          <w:lang w:val="ru-RU"/>
        </w:rPr>
        <w:t>31</w:t>
      </w:r>
      <w:r w:rsidR="004F3B23">
        <w:rPr>
          <w:rFonts w:cs="Times New Roman"/>
          <w:szCs w:val="24"/>
          <w:lang w:val="ru-RU"/>
        </w:rPr>
        <w:t xml:space="preserve"> </w:t>
      </w:r>
      <w:r w:rsidR="004F3B23" w:rsidRPr="004F3B23">
        <w:rPr>
          <w:rFonts w:cs="Times New Roman"/>
          <w:szCs w:val="24"/>
          <w:lang w:val="ru-RU"/>
        </w:rPr>
        <w:t>Сайт:</w:t>
      </w:r>
      <w:proofErr w:type="spellStart"/>
      <w:r w:rsidR="004F3B23" w:rsidRPr="001D3830">
        <w:rPr>
          <w:rFonts w:cs="Times New Roman"/>
          <w:szCs w:val="24"/>
        </w:rPr>
        <w:t>dobroe</w:t>
      </w:r>
      <w:proofErr w:type="spellEnd"/>
      <w:r w:rsidR="004F3B23" w:rsidRPr="004F3B23">
        <w:rPr>
          <w:rFonts w:cs="Times New Roman"/>
          <w:szCs w:val="24"/>
          <w:lang w:val="ru-RU"/>
        </w:rPr>
        <w:t>-</w:t>
      </w:r>
      <w:proofErr w:type="spellStart"/>
      <w:r w:rsidR="004F3B23" w:rsidRPr="001D3830">
        <w:rPr>
          <w:rFonts w:cs="Times New Roman"/>
          <w:szCs w:val="24"/>
        </w:rPr>
        <w:t>serdce</w:t>
      </w:r>
      <w:proofErr w:type="spellEnd"/>
      <w:r w:rsidR="004F3B23" w:rsidRPr="004F3B23">
        <w:rPr>
          <w:rFonts w:cs="Times New Roman"/>
          <w:szCs w:val="24"/>
          <w:lang w:val="ru-RU"/>
        </w:rPr>
        <w:t>-</w:t>
      </w:r>
      <w:proofErr w:type="spellStart"/>
      <w:r w:rsidR="004F3B23" w:rsidRPr="001D3830">
        <w:rPr>
          <w:rFonts w:cs="Times New Roman"/>
          <w:szCs w:val="24"/>
        </w:rPr>
        <w:t>volontery</w:t>
      </w:r>
      <w:proofErr w:type="spellEnd"/>
      <w:r w:rsidR="004F3B23" w:rsidRPr="004F3B23">
        <w:rPr>
          <w:rFonts w:cs="Times New Roman"/>
          <w:szCs w:val="24"/>
          <w:lang w:val="ru-RU"/>
        </w:rPr>
        <w:t>.</w:t>
      </w:r>
      <w:proofErr w:type="spellStart"/>
      <w:r w:rsidR="004F3B23" w:rsidRPr="001D3830">
        <w:rPr>
          <w:rFonts w:cs="Times New Roman"/>
          <w:szCs w:val="24"/>
        </w:rPr>
        <w:t>nko</w:t>
      </w:r>
      <w:proofErr w:type="spellEnd"/>
      <w:r w:rsidR="004F3B23" w:rsidRPr="004F3B23">
        <w:rPr>
          <w:rFonts w:cs="Times New Roman"/>
          <w:szCs w:val="24"/>
          <w:lang w:val="ru-RU"/>
        </w:rPr>
        <w:t>31.</w:t>
      </w:r>
      <w:proofErr w:type="spellStart"/>
      <w:r w:rsidR="004F3B23" w:rsidRPr="001D3830">
        <w:rPr>
          <w:rFonts w:cs="Times New Roman"/>
          <w:szCs w:val="24"/>
        </w:rPr>
        <w:t>ru</w:t>
      </w:r>
      <w:proofErr w:type="spellEnd"/>
      <w:r w:rsidR="004F3B23" w:rsidRPr="004F3B23">
        <w:rPr>
          <w:rFonts w:cs="Times New Roman"/>
          <w:szCs w:val="24"/>
          <w:lang w:val="ru-RU"/>
        </w:rPr>
        <w:t xml:space="preserve"> </w:t>
      </w:r>
    </w:p>
    <w:p w:rsidR="002B1153" w:rsidRPr="00F312A6" w:rsidRDefault="004F3B23" w:rsidP="004F3B23">
      <w:pPr>
        <w:widowControl w:val="0"/>
        <w:spacing w:after="0" w:line="240" w:lineRule="auto"/>
        <w:jc w:val="both"/>
        <w:rPr>
          <w:lang w:val="ru-RU"/>
        </w:rPr>
      </w:pPr>
      <w:r w:rsidRPr="004F3B23">
        <w:rPr>
          <w:rFonts w:cs="Times New Roman"/>
          <w:szCs w:val="24"/>
          <w:lang w:val="ru-RU"/>
        </w:rPr>
        <w:t>Телеграмм</w:t>
      </w:r>
      <w:r w:rsidRPr="001D3830">
        <w:rPr>
          <w:rFonts w:cs="Times New Roman"/>
          <w:szCs w:val="24"/>
          <w:lang w:val="ru-RU"/>
        </w:rPr>
        <w:t xml:space="preserve"> </w:t>
      </w:r>
      <w:r w:rsidRPr="001D3830">
        <w:rPr>
          <w:rFonts w:cs="Times New Roman"/>
          <w:szCs w:val="24"/>
        </w:rPr>
        <w:t>t</w:t>
      </w:r>
      <w:r w:rsidRPr="004F3B23">
        <w:rPr>
          <w:rFonts w:cs="Times New Roman"/>
          <w:szCs w:val="24"/>
          <w:lang w:val="ru-RU"/>
        </w:rPr>
        <w:t>.</w:t>
      </w:r>
      <w:r w:rsidRPr="001D3830">
        <w:rPr>
          <w:rFonts w:cs="Times New Roman"/>
          <w:szCs w:val="24"/>
        </w:rPr>
        <w:t>me</w:t>
      </w:r>
      <w:r w:rsidRPr="004F3B23">
        <w:rPr>
          <w:rFonts w:cs="Times New Roman"/>
          <w:szCs w:val="24"/>
          <w:lang w:val="ru-RU"/>
        </w:rPr>
        <w:t>/</w:t>
      </w:r>
      <w:proofErr w:type="spellStart"/>
      <w:r w:rsidRPr="001D3830">
        <w:rPr>
          <w:rFonts w:cs="Times New Roman"/>
          <w:szCs w:val="24"/>
        </w:rPr>
        <w:t>dobroeserdce</w:t>
      </w:r>
      <w:proofErr w:type="spellEnd"/>
      <w:r w:rsidRPr="004F3B23">
        <w:rPr>
          <w:rFonts w:cs="Times New Roman"/>
          <w:szCs w:val="24"/>
          <w:lang w:val="ru-RU"/>
        </w:rPr>
        <w:t>31</w:t>
      </w:r>
      <w:r>
        <w:rPr>
          <w:lang w:val="ru-RU"/>
        </w:rPr>
        <w:t xml:space="preserve">) </w:t>
      </w:r>
      <w:r w:rsidR="0025349C" w:rsidRPr="00F312A6">
        <w:rPr>
          <w:lang w:val="ru-RU"/>
        </w:rPr>
        <w:t>в целях информирования о деятельности Фонда.</w:t>
      </w:r>
    </w:p>
    <w:p w:rsidR="002B1153" w:rsidRPr="00F312A6" w:rsidRDefault="002B1153">
      <w:pPr>
        <w:rPr>
          <w:lang w:val="ru-RU"/>
        </w:rPr>
      </w:pPr>
    </w:p>
    <w:p w:rsidR="00391831" w:rsidRDefault="0025349C" w:rsidP="00391831">
      <w:pPr>
        <w:spacing w:after="0"/>
        <w:rPr>
          <w:lang w:val="ru-RU"/>
        </w:rPr>
      </w:pPr>
      <w:r w:rsidRPr="00F312A6">
        <w:rPr>
          <w:lang w:val="ru-RU"/>
        </w:rPr>
        <w:t xml:space="preserve">Настоящее согласие дает право </w:t>
      </w:r>
      <w:r w:rsidR="004F3B23">
        <w:rPr>
          <w:lang w:val="ru-RU"/>
        </w:rPr>
        <w:t>БРОБО "ВОЛОНТЁРСКИЙ ЦЕНТР - ДОБРОЕ СЕРДЦЕ"</w:t>
      </w:r>
      <w:r w:rsidR="004F3B23">
        <w:rPr>
          <w:lang w:val="ru-RU"/>
        </w:rPr>
        <w:t xml:space="preserve"> </w:t>
      </w:r>
      <w:r w:rsidRPr="00F312A6">
        <w:rPr>
          <w:lang w:val="ru-RU"/>
        </w:rPr>
        <w:t>-</w:t>
      </w:r>
      <w:r w:rsidR="004F3B23">
        <w:rPr>
          <w:lang w:val="ru-RU"/>
        </w:rPr>
        <w:t xml:space="preserve"> </w:t>
      </w:r>
      <w:r w:rsidRPr="00F312A6">
        <w:rPr>
          <w:lang w:val="ru-RU"/>
        </w:rPr>
        <w:t>оператору и в дальнейшем использовать фото- и видеоизображе</w:t>
      </w:r>
      <w:r w:rsidRPr="00F312A6">
        <w:rPr>
          <w:lang w:val="ru-RU"/>
        </w:rPr>
        <w:t>ния (далее —</w:t>
      </w:r>
      <w:r w:rsidR="004F3B23">
        <w:rPr>
          <w:lang w:val="ru-RU"/>
        </w:rPr>
        <w:t xml:space="preserve"> </w:t>
      </w:r>
      <w:r w:rsidRPr="00F312A6">
        <w:rPr>
          <w:lang w:val="ru-RU"/>
        </w:rPr>
        <w:t xml:space="preserve">изображения) мои </w:t>
      </w:r>
      <w:r w:rsidR="00391831">
        <w:rPr>
          <w:lang w:val="ru-RU"/>
        </w:rPr>
        <w:t>_______________________________________________</w:t>
      </w:r>
    </w:p>
    <w:p w:rsidR="00391831" w:rsidRPr="00391831" w:rsidRDefault="00391831" w:rsidP="00391831">
      <w:pPr>
        <w:spacing w:after="0"/>
        <w:jc w:val="center"/>
        <w:rPr>
          <w:vertAlign w:val="superscript"/>
          <w:lang w:val="ru-RU"/>
        </w:rPr>
      </w:pPr>
      <w:r w:rsidRPr="00391831">
        <w:rPr>
          <w:vertAlign w:val="superscript"/>
          <w:lang w:val="ru-RU"/>
        </w:rPr>
        <w:t>ФИО</w:t>
      </w:r>
    </w:p>
    <w:p w:rsidR="00391831" w:rsidRPr="00391831" w:rsidRDefault="0025349C" w:rsidP="00391831">
      <w:pPr>
        <w:spacing w:after="0"/>
        <w:rPr>
          <w:lang w:val="ru-RU"/>
        </w:rPr>
      </w:pPr>
      <w:r w:rsidRPr="00F312A6">
        <w:rPr>
          <w:lang w:val="ru-RU"/>
        </w:rPr>
        <w:t xml:space="preserve">и </w:t>
      </w:r>
      <w:r w:rsidR="004F3B23">
        <w:rPr>
          <w:lang w:val="ru-RU"/>
        </w:rPr>
        <w:t xml:space="preserve">моих </w:t>
      </w:r>
      <w:r w:rsidRPr="00F312A6">
        <w:rPr>
          <w:lang w:val="ru-RU"/>
        </w:rPr>
        <w:t>несовершеннолетн</w:t>
      </w:r>
      <w:r w:rsidR="00391831">
        <w:rPr>
          <w:lang w:val="ru-RU"/>
        </w:rPr>
        <w:t>их детей</w:t>
      </w:r>
      <w:r w:rsidR="00391831" w:rsidRPr="00391831">
        <w:rPr>
          <w:lang w:val="ru-RU"/>
        </w:rPr>
        <w:t xml:space="preserve"> </w:t>
      </w:r>
      <w:r w:rsidR="00391831">
        <w:rPr>
          <w:lang w:val="ru-RU"/>
        </w:rPr>
        <w:t>законным представителем которых</w:t>
      </w:r>
      <w:r w:rsidR="00391831" w:rsidRPr="00F312A6">
        <w:rPr>
          <w:lang w:val="ru-RU"/>
        </w:rPr>
        <w:t xml:space="preserve"> я являюсь</w:t>
      </w:r>
      <w:r w:rsidR="00391831">
        <w:rPr>
          <w:lang w:val="ru-RU"/>
        </w:rPr>
        <w:t xml:space="preserve"> ____________________</w:t>
      </w:r>
      <w:r w:rsidR="004F3B23">
        <w:rPr>
          <w:lang w:val="ru-RU"/>
        </w:rPr>
        <w:t>_________________</w:t>
      </w:r>
      <w:r w:rsidR="00391831">
        <w:rPr>
          <w:lang w:val="ru-RU"/>
        </w:rPr>
        <w:t>______________________________</w:t>
      </w:r>
      <w:r w:rsidR="004F3B23">
        <w:rPr>
          <w:lang w:val="ru-RU"/>
        </w:rPr>
        <w:t>__</w:t>
      </w:r>
      <w:proofErr w:type="gramStart"/>
      <w:r w:rsidR="004F3B23">
        <w:rPr>
          <w:lang w:val="ru-RU"/>
        </w:rPr>
        <w:t>г.р</w:t>
      </w:r>
      <w:proofErr w:type="gramEnd"/>
      <w:r w:rsidR="004F3B23">
        <w:rPr>
          <w:lang w:val="ru-RU"/>
        </w:rPr>
        <w:t xml:space="preserve">, </w:t>
      </w:r>
      <w:r w:rsidR="00391831">
        <w:rPr>
          <w:lang w:val="ru-RU"/>
        </w:rPr>
        <w:t xml:space="preserve">   </w:t>
      </w:r>
      <w:r w:rsidR="00391831">
        <w:rPr>
          <w:vertAlign w:val="superscript"/>
          <w:lang w:val="ru-RU"/>
        </w:rPr>
        <w:t xml:space="preserve">ФИО детей, год рождения  </w:t>
      </w:r>
      <w:r w:rsidR="00391831" w:rsidRPr="00391831">
        <w:rPr>
          <w:vertAlign w:val="superscript"/>
          <w:lang w:val="ru-RU"/>
        </w:rPr>
        <w:t>или поставьте прочерк</w:t>
      </w:r>
    </w:p>
    <w:p w:rsidR="002B1153" w:rsidRPr="00F312A6" w:rsidRDefault="004F3B23">
      <w:pPr>
        <w:rPr>
          <w:lang w:val="ru-RU"/>
        </w:rPr>
      </w:pPr>
      <w:r>
        <w:rPr>
          <w:lang w:val="ru-RU"/>
        </w:rPr>
        <w:t>_____________________________________________</w:t>
      </w:r>
      <w:r w:rsidR="00391831">
        <w:rPr>
          <w:lang w:val="ru-RU"/>
        </w:rPr>
        <w:t>__________________________</w:t>
      </w:r>
      <w:r w:rsidR="0025349C" w:rsidRPr="00F312A6">
        <w:rPr>
          <w:lang w:val="ru-RU"/>
        </w:rPr>
        <w:t>.</w:t>
      </w:r>
    </w:p>
    <w:p w:rsidR="002B1153" w:rsidRPr="00F312A6" w:rsidRDefault="0025349C">
      <w:pPr>
        <w:rPr>
          <w:lang w:val="ru-RU"/>
        </w:rPr>
      </w:pPr>
      <w:r w:rsidRPr="00F312A6">
        <w:rPr>
          <w:lang w:val="ru-RU"/>
        </w:rPr>
        <w:t>Изображения не могут быть использованы способами, порочащими честь, достоинство и</w:t>
      </w:r>
      <w:r w:rsidR="004F3B23">
        <w:rPr>
          <w:lang w:val="ru-RU"/>
        </w:rPr>
        <w:t xml:space="preserve"> </w:t>
      </w:r>
      <w:r w:rsidRPr="00F312A6">
        <w:rPr>
          <w:lang w:val="ru-RU"/>
        </w:rPr>
        <w:t>деловую репутацию субъе</w:t>
      </w:r>
      <w:r w:rsidRPr="00F312A6">
        <w:rPr>
          <w:lang w:val="ru-RU"/>
        </w:rPr>
        <w:t>кта персональных данных. Изображения могут быть</w:t>
      </w:r>
      <w:r w:rsidR="004F3B23">
        <w:rPr>
          <w:lang w:val="ru-RU"/>
        </w:rPr>
        <w:t xml:space="preserve"> </w:t>
      </w:r>
      <w:r w:rsidRPr="00F312A6">
        <w:rPr>
          <w:lang w:val="ru-RU"/>
        </w:rPr>
        <w:t>использованы до дня отзыва настоящего согласия.</w:t>
      </w:r>
    </w:p>
    <w:p w:rsidR="002B1153" w:rsidRPr="00F312A6" w:rsidRDefault="0025349C">
      <w:pPr>
        <w:rPr>
          <w:lang w:val="ru-RU"/>
        </w:rPr>
      </w:pPr>
      <w:r w:rsidRPr="00F312A6">
        <w:rPr>
          <w:lang w:val="ru-RU"/>
        </w:rPr>
        <w:t>Я уведомлен, что данное Согласие может быть отозвано путем направления письма по</w:t>
      </w:r>
      <w:r w:rsidR="004F3B23">
        <w:rPr>
          <w:lang w:val="ru-RU"/>
        </w:rPr>
        <w:t xml:space="preserve"> </w:t>
      </w:r>
      <w:r w:rsidRPr="00F312A6">
        <w:rPr>
          <w:lang w:val="ru-RU"/>
        </w:rPr>
        <w:t xml:space="preserve">адресу электронной почты: </w:t>
      </w:r>
      <w:proofErr w:type="spellStart"/>
      <w:r w:rsidR="004F3B23" w:rsidRPr="005E5B61">
        <w:t>dobroeserdcenko</w:t>
      </w:r>
      <w:proofErr w:type="spellEnd"/>
      <w:r w:rsidR="004F3B23" w:rsidRPr="005E5B61">
        <w:rPr>
          <w:lang w:val="ru-RU"/>
        </w:rPr>
        <w:t>@</w:t>
      </w:r>
      <w:proofErr w:type="spellStart"/>
      <w:r w:rsidR="004F3B23" w:rsidRPr="005E5B61">
        <w:t>yandex</w:t>
      </w:r>
      <w:proofErr w:type="spellEnd"/>
      <w:r w:rsidR="004F3B23" w:rsidRPr="005E5B61">
        <w:rPr>
          <w:lang w:val="ru-RU"/>
        </w:rPr>
        <w:t>.</w:t>
      </w:r>
      <w:proofErr w:type="spellStart"/>
      <w:r w:rsidR="004F3B23" w:rsidRPr="005E5B61">
        <w:t>ru</w:t>
      </w:r>
      <w:proofErr w:type="spellEnd"/>
    </w:p>
    <w:p w:rsidR="00391831" w:rsidRDefault="00391831">
      <w:pPr>
        <w:rPr>
          <w:lang w:val="ru-RU"/>
        </w:rPr>
      </w:pPr>
    </w:p>
    <w:p w:rsidR="002B1153" w:rsidRPr="00F312A6" w:rsidRDefault="0025349C">
      <w:pPr>
        <w:rPr>
          <w:lang w:val="ru-RU"/>
        </w:rPr>
      </w:pPr>
      <w:r w:rsidRPr="00F312A6">
        <w:rPr>
          <w:lang w:val="ru-RU"/>
        </w:rPr>
        <w:t>«</w:t>
      </w:r>
      <w:r w:rsidR="004F3B23">
        <w:rPr>
          <w:lang w:val="ru-RU"/>
        </w:rPr>
        <w:t>___</w:t>
      </w:r>
      <w:r w:rsidRPr="00F312A6">
        <w:rPr>
          <w:lang w:val="ru-RU"/>
        </w:rPr>
        <w:t xml:space="preserve">» </w:t>
      </w:r>
      <w:r w:rsidR="004F3B23">
        <w:rPr>
          <w:lang w:val="ru-RU"/>
        </w:rPr>
        <w:t>__________</w:t>
      </w:r>
      <w:r w:rsidRPr="00F312A6">
        <w:rPr>
          <w:lang w:val="ru-RU"/>
        </w:rPr>
        <w:t xml:space="preserve"> 202</w:t>
      </w:r>
      <w:r w:rsidR="004F3B23">
        <w:rPr>
          <w:lang w:val="ru-RU"/>
        </w:rPr>
        <w:t>___</w:t>
      </w:r>
      <w:r w:rsidRPr="00F312A6">
        <w:rPr>
          <w:lang w:val="ru-RU"/>
        </w:rPr>
        <w:t xml:space="preserve"> г.</w:t>
      </w:r>
      <w:r w:rsidR="004F3B23">
        <w:rPr>
          <w:lang w:val="ru-RU"/>
        </w:rPr>
        <w:t xml:space="preserve">                  </w:t>
      </w:r>
      <w:r w:rsidRPr="00F312A6">
        <w:rPr>
          <w:lang w:val="ru-RU"/>
        </w:rPr>
        <w:t xml:space="preserve">___________________ / </w:t>
      </w:r>
      <w:r w:rsidR="004F3B23">
        <w:rPr>
          <w:lang w:val="ru-RU"/>
        </w:rPr>
        <w:t>_________________</w:t>
      </w:r>
      <w:r w:rsidRPr="00F312A6">
        <w:rPr>
          <w:lang w:val="ru-RU"/>
        </w:rPr>
        <w:t xml:space="preserve"> /</w:t>
      </w:r>
    </w:p>
    <w:p w:rsidR="002B1153" w:rsidRPr="004F3B23" w:rsidRDefault="004F3B23">
      <w:pPr>
        <w:rPr>
          <w:sz w:val="20"/>
          <w:szCs w:val="20"/>
          <w:lang w:val="ru-RU"/>
        </w:rPr>
      </w:pPr>
      <w:r>
        <w:rPr>
          <w:lang w:val="ru-RU"/>
        </w:rPr>
        <w:t xml:space="preserve">     дата                                                                </w:t>
      </w:r>
      <w:r w:rsidRPr="004F3B23">
        <w:rPr>
          <w:sz w:val="20"/>
          <w:szCs w:val="20"/>
          <w:lang w:val="ru-RU"/>
        </w:rPr>
        <w:t xml:space="preserve">Подпись         </w:t>
      </w:r>
      <w:r>
        <w:rPr>
          <w:sz w:val="20"/>
          <w:szCs w:val="20"/>
          <w:lang w:val="ru-RU"/>
        </w:rPr>
        <w:t xml:space="preserve">        </w:t>
      </w:r>
      <w:r w:rsidRPr="004F3B23">
        <w:rPr>
          <w:sz w:val="20"/>
          <w:szCs w:val="20"/>
          <w:lang w:val="ru-RU"/>
        </w:rPr>
        <w:t xml:space="preserve">         Расшифровка подписи</w:t>
      </w:r>
    </w:p>
    <w:sectPr w:rsidR="002B1153" w:rsidRPr="004F3B2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PTSans-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5349C"/>
    <w:rsid w:val="0029639D"/>
    <w:rsid w:val="002B1153"/>
    <w:rsid w:val="00326F90"/>
    <w:rsid w:val="00391831"/>
    <w:rsid w:val="004F3B23"/>
    <w:rsid w:val="00924FE2"/>
    <w:rsid w:val="00AA1D8D"/>
    <w:rsid w:val="00B47730"/>
    <w:rsid w:val="00CB0664"/>
    <w:rsid w:val="00F312A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7DBF04"/>
  <w14:defaultImageDpi w14:val="300"/>
  <w15:docId w15:val="{11747932-DA79-4604-BD0E-B9CADE46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8">
    <w:name w:val="Hyperlink"/>
    <w:basedOn w:val="a2"/>
    <w:uiPriority w:val="99"/>
    <w:unhideWhenUsed/>
    <w:rsid w:val="004F3B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club2269495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9CF1C5-3569-4D0F-ABE7-D89E82FBE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</cp:lastModifiedBy>
  <cp:revision>4</cp:revision>
  <dcterms:created xsi:type="dcterms:W3CDTF">2025-07-23T15:54:00Z</dcterms:created>
  <dcterms:modified xsi:type="dcterms:W3CDTF">2025-07-23T15:54:00Z</dcterms:modified>
  <cp:category/>
</cp:coreProperties>
</file>